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1E14D3" w14:textId="77777777" w:rsidR="00AA7F03" w:rsidRDefault="0080283B" w:rsidP="00E7073F">
      <w:pPr>
        <w:spacing w:after="20"/>
        <w:jc w:val="center"/>
      </w:pPr>
      <w:r>
        <w:rPr>
          <w:b/>
          <w:color w:val="1F3A5F"/>
          <w:sz w:val="40"/>
        </w:rPr>
        <w:t>Formulár na odstúpenie od zmluvy</w:t>
      </w:r>
    </w:p>
    <w:p w14:paraId="5E11C4CF" w14:textId="63E3B7BC" w:rsidR="00AA7F03" w:rsidRDefault="00E7073F" w:rsidP="00E7073F">
      <w:pPr>
        <w:spacing w:after="160"/>
        <w:jc w:val="center"/>
      </w:pPr>
      <w:r>
        <w:rPr>
          <w:b/>
          <w:color w:val="2F6FED"/>
        </w:rPr>
        <w:t>uzavretej</w:t>
      </w:r>
      <w:r w:rsidR="0080283B">
        <w:rPr>
          <w:b/>
          <w:color w:val="2F6FED"/>
        </w:rPr>
        <w:t xml:space="preserve"> na diaľku alebo mimo prevádzkových priestorov obchodníka</w:t>
      </w:r>
    </w:p>
    <w:p w14:paraId="6AB81116" w14:textId="77777777" w:rsidR="00AA7F03" w:rsidRDefault="0080283B" w:rsidP="00E7073F">
      <w:pPr>
        <w:spacing w:after="160" w:line="269" w:lineRule="auto"/>
        <w:jc w:val="center"/>
      </w:pPr>
      <w:r>
        <w:rPr>
          <w:color w:val="64748B"/>
          <w:sz w:val="20"/>
        </w:rPr>
        <w:t>Vyplňte a zašlite nám tento formulár, len ak si želáte odstúpiť od zmluvy uzavretej na diaľku alebo od zmluvy uzavretej mimo prevádzkových priestorov obchodníka.</w:t>
      </w:r>
    </w:p>
    <w:p w14:paraId="32747BAB" w14:textId="77777777" w:rsidR="00AA7F03" w:rsidRDefault="0080283B">
      <w:pPr>
        <w:pBdr>
          <w:left w:val="single" w:sz="16" w:space="6" w:color="2F6FED"/>
        </w:pBdr>
        <w:shd w:val="clear" w:color="auto" w:fill="EEF5FF"/>
        <w:spacing w:before="180" w:after="100"/>
      </w:pPr>
      <w:r>
        <w:rPr>
          <w:b/>
          <w:color w:val="1F3A5F"/>
          <w:sz w:val="24"/>
        </w:rPr>
        <w:t>Identifikácia obchodníka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468"/>
        <w:gridCol w:w="3469"/>
        <w:gridCol w:w="3469"/>
      </w:tblGrid>
      <w:tr w:rsidR="00AA7F03" w14:paraId="035B8036" w14:textId="77777777">
        <w:trPr>
          <w:jc w:val="center"/>
        </w:trPr>
        <w:tc>
          <w:tcPr>
            <w:tcW w:w="6778" w:type="dxa"/>
            <w:gridSpan w:val="2"/>
            <w:tcBorders>
              <w:top w:val="single" w:sz="8" w:space="0" w:color="D9E2EF"/>
              <w:left w:val="single" w:sz="8" w:space="0" w:color="D9E2EF"/>
              <w:bottom w:val="single" w:sz="8" w:space="0" w:color="D9E2EF"/>
              <w:right w:val="single" w:sz="8" w:space="0" w:color="D9E2EF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39B92092" w14:textId="77777777" w:rsidR="00AA7F03" w:rsidRDefault="0080283B">
            <w:pPr>
              <w:spacing w:after="60"/>
            </w:pPr>
            <w:r>
              <w:rPr>
                <w:b/>
                <w:color w:val="64748B"/>
                <w:sz w:val="17"/>
              </w:rPr>
              <w:t>Obchodné meno</w:t>
            </w:r>
          </w:p>
          <w:p w14:paraId="0E234587" w14:textId="11A3017E" w:rsidR="00AA7F03" w:rsidRDefault="00FB2D14">
            <w:pPr>
              <w:pBdr>
                <w:bottom w:val="single" w:sz="4" w:space="2" w:color="D9E2EF"/>
              </w:pBdr>
              <w:spacing w:after="160"/>
            </w:pPr>
            <w:r>
              <w:t>Servis runar sro</w:t>
            </w:r>
          </w:p>
        </w:tc>
        <w:tc>
          <w:tcPr>
            <w:tcW w:w="3389" w:type="dxa"/>
            <w:tcBorders>
              <w:top w:val="single" w:sz="8" w:space="0" w:color="D9E2EF"/>
              <w:left w:val="single" w:sz="8" w:space="0" w:color="D9E2EF"/>
              <w:bottom w:val="single" w:sz="8" w:space="0" w:color="D9E2EF"/>
              <w:right w:val="single" w:sz="8" w:space="0" w:color="D9E2EF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7A2F0044" w14:textId="77777777" w:rsidR="00AA7F03" w:rsidRDefault="0080283B">
            <w:pPr>
              <w:spacing w:after="60"/>
            </w:pPr>
            <w:r>
              <w:rPr>
                <w:b/>
                <w:color w:val="64748B"/>
                <w:sz w:val="17"/>
              </w:rPr>
              <w:t>Web / e-shop</w:t>
            </w:r>
          </w:p>
          <w:p w14:paraId="782A21B1" w14:textId="32A54AC8" w:rsidR="00AA7F03" w:rsidRDefault="00FB2D14">
            <w:pPr>
              <w:pBdr>
                <w:bottom w:val="single" w:sz="4" w:space="2" w:color="D9E2EF"/>
              </w:pBdr>
              <w:spacing w:after="160"/>
            </w:pPr>
            <w:r>
              <w:t>www.servisrunarsro.sk</w:t>
            </w:r>
          </w:p>
        </w:tc>
      </w:tr>
      <w:tr w:rsidR="00AA7F03" w14:paraId="6562C6EA" w14:textId="77777777">
        <w:trPr>
          <w:jc w:val="center"/>
        </w:trPr>
        <w:tc>
          <w:tcPr>
            <w:tcW w:w="6778" w:type="dxa"/>
            <w:gridSpan w:val="2"/>
            <w:tcBorders>
              <w:top w:val="single" w:sz="8" w:space="0" w:color="D9E2EF"/>
              <w:left w:val="single" w:sz="8" w:space="0" w:color="D9E2EF"/>
              <w:bottom w:val="single" w:sz="8" w:space="0" w:color="D9E2EF"/>
              <w:right w:val="single" w:sz="8" w:space="0" w:color="D9E2EF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6852434C" w14:textId="77777777" w:rsidR="00AA7F03" w:rsidRDefault="0080283B">
            <w:pPr>
              <w:spacing w:after="60"/>
            </w:pPr>
            <w:r>
              <w:rPr>
                <w:b/>
                <w:color w:val="64748B"/>
                <w:sz w:val="17"/>
              </w:rPr>
              <w:t>Sídlo / miesto podnikania</w:t>
            </w:r>
          </w:p>
          <w:p w14:paraId="36ECB6D7" w14:textId="12ED3D4B" w:rsidR="00AA7F03" w:rsidRDefault="00FB2D14">
            <w:pPr>
              <w:pBdr>
                <w:bottom w:val="single" w:sz="4" w:space="2" w:color="D9E2EF"/>
              </w:pBdr>
              <w:spacing w:after="160"/>
            </w:pPr>
            <w:r>
              <w:t>Hlavná 443</w:t>
            </w:r>
          </w:p>
        </w:tc>
        <w:tc>
          <w:tcPr>
            <w:tcW w:w="3389" w:type="dxa"/>
            <w:tcBorders>
              <w:top w:val="single" w:sz="8" w:space="0" w:color="D9E2EF"/>
              <w:left w:val="single" w:sz="8" w:space="0" w:color="D9E2EF"/>
              <w:bottom w:val="single" w:sz="8" w:space="0" w:color="D9E2EF"/>
              <w:right w:val="single" w:sz="8" w:space="0" w:color="D9E2EF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322F3617" w14:textId="77777777" w:rsidR="00AA7F03" w:rsidRDefault="0080283B">
            <w:pPr>
              <w:spacing w:after="60"/>
            </w:pPr>
            <w:r>
              <w:rPr>
                <w:b/>
                <w:color w:val="64748B"/>
                <w:sz w:val="17"/>
              </w:rPr>
              <w:t>E-mail / telefón</w:t>
            </w:r>
          </w:p>
          <w:p w14:paraId="583ADDFB" w14:textId="2BA28D80" w:rsidR="00AA7F03" w:rsidRDefault="00FB2D14">
            <w:pPr>
              <w:pBdr>
                <w:bottom w:val="single" w:sz="4" w:space="2" w:color="D9E2EF"/>
              </w:pBdr>
              <w:spacing w:after="160"/>
            </w:pPr>
            <w:r>
              <w:t>+421948580056</w:t>
            </w:r>
          </w:p>
        </w:tc>
      </w:tr>
      <w:tr w:rsidR="00AA7F03" w14:paraId="16EDECD4" w14:textId="77777777">
        <w:trPr>
          <w:jc w:val="center"/>
        </w:trPr>
        <w:tc>
          <w:tcPr>
            <w:tcW w:w="3389" w:type="dxa"/>
            <w:tcBorders>
              <w:top w:val="single" w:sz="8" w:space="0" w:color="D9E2EF"/>
              <w:left w:val="single" w:sz="8" w:space="0" w:color="D9E2EF"/>
              <w:bottom w:val="single" w:sz="8" w:space="0" w:color="D9E2EF"/>
              <w:right w:val="single" w:sz="8" w:space="0" w:color="D9E2EF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1975EBF5" w14:textId="77777777" w:rsidR="00AA7F03" w:rsidRDefault="0080283B">
            <w:pPr>
              <w:spacing w:after="60"/>
            </w:pPr>
            <w:r>
              <w:rPr>
                <w:b/>
                <w:color w:val="64748B"/>
                <w:sz w:val="17"/>
              </w:rPr>
              <w:t>IČO</w:t>
            </w:r>
          </w:p>
          <w:p w14:paraId="5BE9CD86" w14:textId="0867D955" w:rsidR="00AA7F03" w:rsidRDefault="001E2FD6">
            <w:pPr>
              <w:pBdr>
                <w:bottom w:val="single" w:sz="4" w:space="2" w:color="D9E2EF"/>
              </w:pBdr>
              <w:spacing w:after="160"/>
            </w:pPr>
            <w:r>
              <w:t>51244438</w:t>
            </w:r>
          </w:p>
        </w:tc>
        <w:tc>
          <w:tcPr>
            <w:tcW w:w="3389" w:type="dxa"/>
            <w:tcBorders>
              <w:top w:val="single" w:sz="8" w:space="0" w:color="D9E2EF"/>
              <w:left w:val="single" w:sz="8" w:space="0" w:color="D9E2EF"/>
              <w:bottom w:val="single" w:sz="8" w:space="0" w:color="D9E2EF"/>
              <w:right w:val="single" w:sz="8" w:space="0" w:color="D9E2EF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337E7E5F" w14:textId="77777777" w:rsidR="00AA7F03" w:rsidRDefault="0080283B">
            <w:pPr>
              <w:spacing w:after="60"/>
            </w:pPr>
            <w:r>
              <w:rPr>
                <w:b/>
                <w:color w:val="64748B"/>
                <w:sz w:val="17"/>
              </w:rPr>
              <w:t>DIČ</w:t>
            </w:r>
          </w:p>
          <w:p w14:paraId="16C2E38C" w14:textId="515209D6" w:rsidR="00AA7F03" w:rsidRDefault="001E2FD6">
            <w:pPr>
              <w:pBdr>
                <w:bottom w:val="single" w:sz="4" w:space="2" w:color="D9E2EF"/>
              </w:pBdr>
              <w:spacing w:after="160"/>
            </w:pPr>
            <w:r>
              <w:t>2120648772</w:t>
            </w:r>
          </w:p>
        </w:tc>
        <w:tc>
          <w:tcPr>
            <w:tcW w:w="3389" w:type="dxa"/>
            <w:tcBorders>
              <w:top w:val="single" w:sz="8" w:space="0" w:color="D9E2EF"/>
              <w:left w:val="single" w:sz="8" w:space="0" w:color="D9E2EF"/>
              <w:bottom w:val="single" w:sz="8" w:space="0" w:color="D9E2EF"/>
              <w:right w:val="single" w:sz="8" w:space="0" w:color="D9E2EF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4DA02DF4" w14:textId="77777777" w:rsidR="00AA7F03" w:rsidRDefault="0080283B">
            <w:pPr>
              <w:spacing w:after="60"/>
            </w:pPr>
            <w:r>
              <w:rPr>
                <w:b/>
                <w:color w:val="64748B"/>
                <w:sz w:val="17"/>
              </w:rPr>
              <w:t>IČ DPH</w:t>
            </w:r>
          </w:p>
          <w:p w14:paraId="150FB70B" w14:textId="415CA6C6" w:rsidR="00AA7F03" w:rsidRDefault="001E2FD6">
            <w:pPr>
              <w:pBdr>
                <w:bottom w:val="single" w:sz="4" w:space="2" w:color="D9E2EF"/>
              </w:pBdr>
              <w:spacing w:after="160"/>
            </w:pPr>
            <w:r>
              <w:t>SK2120648772</w:t>
            </w:r>
          </w:p>
        </w:tc>
      </w:tr>
    </w:tbl>
    <w:p w14:paraId="40A32D99" w14:textId="77777777" w:rsidR="00AA7F03" w:rsidRDefault="0080283B">
      <w:pPr>
        <w:pBdr>
          <w:left w:val="single" w:sz="16" w:space="6" w:color="2F6FED"/>
        </w:pBdr>
        <w:shd w:val="clear" w:color="auto" w:fill="EEF5FF"/>
        <w:spacing w:before="180" w:after="100"/>
      </w:pPr>
      <w:r>
        <w:rPr>
          <w:b/>
          <w:color w:val="1F3A5F"/>
          <w:sz w:val="24"/>
        </w:rPr>
        <w:t>Údaje spotrebiteľa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937"/>
        <w:gridCol w:w="3469"/>
      </w:tblGrid>
      <w:tr w:rsidR="00AA7F03" w14:paraId="35E40A43" w14:textId="77777777" w:rsidTr="00E7073F">
        <w:trPr>
          <w:jc w:val="center"/>
        </w:trPr>
        <w:tc>
          <w:tcPr>
            <w:tcW w:w="6937" w:type="dxa"/>
            <w:tcBorders>
              <w:top w:val="single" w:sz="8" w:space="0" w:color="D9E2EF"/>
              <w:left w:val="single" w:sz="8" w:space="0" w:color="D9E2EF"/>
              <w:bottom w:val="single" w:sz="8" w:space="0" w:color="D9E2EF"/>
              <w:right w:val="single" w:sz="8" w:space="0" w:color="D9E2EF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4F192358" w14:textId="7E556E57" w:rsidR="00AA7F03" w:rsidRDefault="0080283B">
            <w:pPr>
              <w:spacing w:after="60"/>
            </w:pPr>
            <w:r>
              <w:rPr>
                <w:b/>
                <w:color w:val="64748B"/>
                <w:sz w:val="17"/>
              </w:rPr>
              <w:t>Meno a priezvisko</w:t>
            </w:r>
          </w:p>
          <w:p w14:paraId="126DBBDE" w14:textId="77777777" w:rsidR="00AA7F03" w:rsidRDefault="00AA7F03">
            <w:pPr>
              <w:pBdr>
                <w:bottom w:val="single" w:sz="4" w:space="2" w:color="D9E2EF"/>
              </w:pBdr>
              <w:spacing w:after="160"/>
            </w:pPr>
          </w:p>
        </w:tc>
        <w:tc>
          <w:tcPr>
            <w:tcW w:w="3469" w:type="dxa"/>
            <w:tcBorders>
              <w:top w:val="single" w:sz="8" w:space="0" w:color="D9E2EF"/>
              <w:left w:val="single" w:sz="8" w:space="0" w:color="D9E2EF"/>
              <w:bottom w:val="single" w:sz="8" w:space="0" w:color="D9E2EF"/>
              <w:right w:val="single" w:sz="8" w:space="0" w:color="D9E2EF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16CCDF69" w14:textId="77777777" w:rsidR="00AA7F03" w:rsidRDefault="0080283B">
            <w:pPr>
              <w:spacing w:after="60"/>
            </w:pPr>
            <w:r>
              <w:rPr>
                <w:b/>
                <w:color w:val="64748B"/>
                <w:sz w:val="17"/>
              </w:rPr>
              <w:t>Telefón (nepovinné)</w:t>
            </w:r>
          </w:p>
          <w:p w14:paraId="4CA3759E" w14:textId="77777777" w:rsidR="00AA7F03" w:rsidRDefault="00AA7F03">
            <w:pPr>
              <w:pBdr>
                <w:bottom w:val="single" w:sz="4" w:space="2" w:color="D9E2EF"/>
              </w:pBdr>
              <w:spacing w:after="160"/>
            </w:pPr>
          </w:p>
        </w:tc>
      </w:tr>
      <w:tr w:rsidR="00AA7F03" w14:paraId="70C64FD2" w14:textId="77777777" w:rsidTr="00E7073F">
        <w:trPr>
          <w:jc w:val="center"/>
        </w:trPr>
        <w:tc>
          <w:tcPr>
            <w:tcW w:w="6937" w:type="dxa"/>
            <w:tcBorders>
              <w:top w:val="single" w:sz="8" w:space="0" w:color="D9E2EF"/>
              <w:left w:val="single" w:sz="8" w:space="0" w:color="D9E2EF"/>
              <w:bottom w:val="single" w:sz="8" w:space="0" w:color="D9E2EF"/>
              <w:right w:val="single" w:sz="8" w:space="0" w:color="D9E2EF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086A7A58" w14:textId="0BE55265" w:rsidR="00AA7F03" w:rsidRDefault="0080283B">
            <w:pPr>
              <w:spacing w:after="60"/>
            </w:pPr>
            <w:r>
              <w:rPr>
                <w:b/>
                <w:color w:val="64748B"/>
                <w:sz w:val="17"/>
              </w:rPr>
              <w:t>Ulica a číslo</w:t>
            </w:r>
          </w:p>
          <w:p w14:paraId="77E438D0" w14:textId="77777777" w:rsidR="00AA7F03" w:rsidRDefault="00AA7F03">
            <w:pPr>
              <w:pBdr>
                <w:bottom w:val="single" w:sz="4" w:space="2" w:color="D9E2EF"/>
              </w:pBdr>
              <w:spacing w:after="160"/>
            </w:pPr>
          </w:p>
        </w:tc>
        <w:tc>
          <w:tcPr>
            <w:tcW w:w="3469" w:type="dxa"/>
            <w:tcBorders>
              <w:top w:val="single" w:sz="8" w:space="0" w:color="D9E2EF"/>
              <w:left w:val="single" w:sz="8" w:space="0" w:color="D9E2EF"/>
              <w:bottom w:val="single" w:sz="8" w:space="0" w:color="D9E2EF"/>
              <w:right w:val="single" w:sz="8" w:space="0" w:color="D9E2EF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09648245" w14:textId="77777777" w:rsidR="00AA7F03" w:rsidRDefault="0080283B">
            <w:pPr>
              <w:spacing w:after="60"/>
            </w:pPr>
            <w:r>
              <w:rPr>
                <w:b/>
                <w:color w:val="64748B"/>
                <w:sz w:val="17"/>
              </w:rPr>
              <w:t>E-mail (nepovinné)</w:t>
            </w:r>
          </w:p>
          <w:p w14:paraId="6FE64A89" w14:textId="77777777" w:rsidR="00AA7F03" w:rsidRDefault="00AA7F03">
            <w:pPr>
              <w:pBdr>
                <w:bottom w:val="single" w:sz="4" w:space="2" w:color="D9E2EF"/>
              </w:pBdr>
              <w:spacing w:after="160"/>
            </w:pPr>
          </w:p>
        </w:tc>
      </w:tr>
      <w:tr w:rsidR="00AA7F03" w14:paraId="1BB70D5D" w14:textId="77777777" w:rsidTr="00E7073F">
        <w:trPr>
          <w:jc w:val="center"/>
        </w:trPr>
        <w:tc>
          <w:tcPr>
            <w:tcW w:w="6937" w:type="dxa"/>
            <w:tcBorders>
              <w:top w:val="single" w:sz="8" w:space="0" w:color="D9E2EF"/>
              <w:left w:val="single" w:sz="8" w:space="0" w:color="D9E2EF"/>
              <w:bottom w:val="single" w:sz="8" w:space="0" w:color="D9E2EF"/>
              <w:right w:val="single" w:sz="8" w:space="0" w:color="D9E2EF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02F1146B" w14:textId="77777777" w:rsidR="00AA7F03" w:rsidRDefault="0080283B">
            <w:pPr>
              <w:spacing w:after="60"/>
            </w:pPr>
            <w:r>
              <w:rPr>
                <w:b/>
                <w:color w:val="64748B"/>
                <w:sz w:val="17"/>
              </w:rPr>
              <w:t>PSČ a mesto</w:t>
            </w:r>
          </w:p>
          <w:p w14:paraId="75A8FA5A" w14:textId="77777777" w:rsidR="00AA7F03" w:rsidRDefault="00AA7F03">
            <w:pPr>
              <w:pBdr>
                <w:bottom w:val="single" w:sz="4" w:space="2" w:color="D9E2EF"/>
              </w:pBdr>
              <w:spacing w:after="160"/>
            </w:pPr>
          </w:p>
        </w:tc>
        <w:tc>
          <w:tcPr>
            <w:tcW w:w="3469" w:type="dxa"/>
            <w:tcBorders>
              <w:top w:val="single" w:sz="8" w:space="0" w:color="D9E2EF"/>
              <w:left w:val="single" w:sz="8" w:space="0" w:color="D9E2EF"/>
              <w:bottom w:val="single" w:sz="8" w:space="0" w:color="D9E2EF"/>
              <w:right w:val="single" w:sz="8" w:space="0" w:color="D9E2EF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6E99325A" w14:textId="77777777" w:rsidR="00AA7F03" w:rsidRDefault="0080283B">
            <w:pPr>
              <w:spacing w:after="60"/>
            </w:pPr>
            <w:r>
              <w:rPr>
                <w:b/>
                <w:color w:val="64748B"/>
                <w:sz w:val="17"/>
              </w:rPr>
              <w:t>Poznámka</w:t>
            </w:r>
          </w:p>
          <w:p w14:paraId="062D8795" w14:textId="77777777" w:rsidR="00AA7F03" w:rsidRDefault="00AA7F03">
            <w:pPr>
              <w:pBdr>
                <w:bottom w:val="single" w:sz="4" w:space="2" w:color="D9E2EF"/>
              </w:pBdr>
              <w:spacing w:after="160"/>
            </w:pPr>
          </w:p>
        </w:tc>
      </w:tr>
    </w:tbl>
    <w:p w14:paraId="5BE0984E" w14:textId="77777777" w:rsidR="00AA7F03" w:rsidRDefault="0080283B">
      <w:pPr>
        <w:pBdr>
          <w:left w:val="single" w:sz="16" w:space="6" w:color="2F6FED"/>
        </w:pBdr>
        <w:shd w:val="clear" w:color="auto" w:fill="EEF5FF"/>
        <w:spacing w:before="180" w:after="100"/>
      </w:pPr>
      <w:r>
        <w:rPr>
          <w:b/>
          <w:color w:val="1F3A5F"/>
          <w:sz w:val="24"/>
        </w:rPr>
        <w:t>Oznámenie o odstúpení</w:t>
      </w:r>
    </w:p>
    <w:p w14:paraId="523FCF5D" w14:textId="77777777" w:rsidR="00AA7F03" w:rsidRPr="00971ED4" w:rsidRDefault="0080283B">
      <w:pPr>
        <w:spacing w:after="120" w:line="269" w:lineRule="auto"/>
        <w:rPr>
          <w:color w:val="64748B"/>
          <w:sz w:val="20"/>
        </w:rPr>
      </w:pPr>
      <w:r w:rsidRPr="00971ED4">
        <w:rPr>
          <w:color w:val="64748B"/>
          <w:sz w:val="20"/>
        </w:rPr>
        <w:t>Týmto vám oznamujem, že odstupujem od kúpnej zmluvy uzavretej na diaľku, ktorá bola uzatvorená prostredníctvom vášho internetového obchodu / e-shopu.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468"/>
        <w:gridCol w:w="3469"/>
        <w:gridCol w:w="3469"/>
      </w:tblGrid>
      <w:tr w:rsidR="00AA7F03" w14:paraId="32FEB815" w14:textId="77777777">
        <w:trPr>
          <w:jc w:val="center"/>
        </w:trPr>
        <w:tc>
          <w:tcPr>
            <w:tcW w:w="3389" w:type="dxa"/>
            <w:tcBorders>
              <w:top w:val="single" w:sz="8" w:space="0" w:color="D9E2EF"/>
              <w:left w:val="single" w:sz="8" w:space="0" w:color="D9E2EF"/>
              <w:bottom w:val="single" w:sz="8" w:space="0" w:color="D9E2EF"/>
              <w:right w:val="single" w:sz="8" w:space="0" w:color="D9E2EF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7502F341" w14:textId="77777777" w:rsidR="00AA7F03" w:rsidRDefault="0080283B">
            <w:pPr>
              <w:spacing w:after="60"/>
            </w:pPr>
            <w:r>
              <w:rPr>
                <w:b/>
                <w:color w:val="64748B"/>
                <w:sz w:val="17"/>
              </w:rPr>
              <w:t>Číslo objednávky</w:t>
            </w:r>
          </w:p>
          <w:p w14:paraId="0D3B07F7" w14:textId="77777777" w:rsidR="00AA7F03" w:rsidRDefault="00AA7F03">
            <w:pPr>
              <w:pBdr>
                <w:bottom w:val="single" w:sz="4" w:space="2" w:color="D9E2EF"/>
              </w:pBdr>
              <w:spacing w:after="160"/>
            </w:pPr>
          </w:p>
        </w:tc>
        <w:tc>
          <w:tcPr>
            <w:tcW w:w="3389" w:type="dxa"/>
            <w:tcBorders>
              <w:top w:val="single" w:sz="8" w:space="0" w:color="D9E2EF"/>
              <w:left w:val="single" w:sz="8" w:space="0" w:color="D9E2EF"/>
              <w:bottom w:val="single" w:sz="8" w:space="0" w:color="D9E2EF"/>
              <w:right w:val="single" w:sz="8" w:space="0" w:color="D9E2EF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2CAD523E" w14:textId="77777777" w:rsidR="00AA7F03" w:rsidRDefault="0080283B">
            <w:pPr>
              <w:spacing w:after="60"/>
            </w:pPr>
            <w:r>
              <w:rPr>
                <w:b/>
                <w:color w:val="64748B"/>
                <w:sz w:val="17"/>
              </w:rPr>
              <w:t>Objednávka zo dňa</w:t>
            </w:r>
          </w:p>
          <w:p w14:paraId="1038E141" w14:textId="77777777" w:rsidR="00AA7F03" w:rsidRDefault="00AA7F03">
            <w:pPr>
              <w:pBdr>
                <w:bottom w:val="single" w:sz="4" w:space="2" w:color="D9E2EF"/>
              </w:pBdr>
              <w:spacing w:after="160"/>
            </w:pPr>
          </w:p>
        </w:tc>
        <w:tc>
          <w:tcPr>
            <w:tcW w:w="3389" w:type="dxa"/>
            <w:tcBorders>
              <w:top w:val="single" w:sz="8" w:space="0" w:color="D9E2EF"/>
              <w:left w:val="single" w:sz="8" w:space="0" w:color="D9E2EF"/>
              <w:bottom w:val="single" w:sz="8" w:space="0" w:color="D9E2EF"/>
              <w:right w:val="single" w:sz="8" w:space="0" w:color="D9E2EF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71262E16" w14:textId="77777777" w:rsidR="00AA7F03" w:rsidRDefault="0080283B">
            <w:pPr>
              <w:spacing w:after="60"/>
            </w:pPr>
            <w:r>
              <w:rPr>
                <w:b/>
                <w:color w:val="64748B"/>
                <w:sz w:val="17"/>
              </w:rPr>
              <w:t>Doručená dňa</w:t>
            </w:r>
          </w:p>
          <w:p w14:paraId="60C2FA07" w14:textId="77777777" w:rsidR="00AA7F03" w:rsidRDefault="00AA7F03">
            <w:pPr>
              <w:pBdr>
                <w:bottom w:val="single" w:sz="4" w:space="2" w:color="D9E2EF"/>
              </w:pBdr>
              <w:spacing w:after="160"/>
            </w:pPr>
          </w:p>
        </w:tc>
      </w:tr>
      <w:tr w:rsidR="00AA7F03" w14:paraId="1665F967" w14:textId="77777777">
        <w:trPr>
          <w:jc w:val="center"/>
        </w:trPr>
        <w:tc>
          <w:tcPr>
            <w:tcW w:w="10167" w:type="dxa"/>
            <w:gridSpan w:val="3"/>
            <w:tcBorders>
              <w:top w:val="single" w:sz="8" w:space="0" w:color="D9E2EF"/>
              <w:left w:val="single" w:sz="8" w:space="0" w:color="D9E2EF"/>
              <w:bottom w:val="single" w:sz="8" w:space="0" w:color="D9E2EF"/>
              <w:right w:val="single" w:sz="8" w:space="0" w:color="D9E2EF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70E8D9CA" w14:textId="77777777" w:rsidR="00AA7F03" w:rsidRDefault="0080283B">
            <w:pPr>
              <w:spacing w:after="60"/>
            </w:pPr>
            <w:r>
              <w:rPr>
                <w:b/>
                <w:color w:val="64748B"/>
                <w:sz w:val="17"/>
              </w:rPr>
              <w:t>Názov / typ / popis vráteného produktu / dôvod odstúpenia (nepovinné – odstúpiť môžete aj bez udania dôvodu)</w:t>
            </w:r>
          </w:p>
          <w:p w14:paraId="2FF80442" w14:textId="77777777" w:rsidR="00AA7F03" w:rsidRDefault="00AA7F03">
            <w:pPr>
              <w:pBdr>
                <w:bottom w:val="single" w:sz="4" w:space="2" w:color="D9E2EF"/>
              </w:pBdr>
              <w:spacing w:after="160"/>
            </w:pPr>
          </w:p>
          <w:p w14:paraId="58C824C7" w14:textId="77777777" w:rsidR="00AA7F03" w:rsidRDefault="00AA7F03">
            <w:pPr>
              <w:pBdr>
                <w:bottom w:val="single" w:sz="4" w:space="2" w:color="D9E2EF"/>
              </w:pBdr>
              <w:spacing w:after="160"/>
            </w:pPr>
          </w:p>
          <w:p w14:paraId="1137C71A" w14:textId="77777777" w:rsidR="00AA7F03" w:rsidRDefault="00AA7F03">
            <w:pPr>
              <w:pBdr>
                <w:bottom w:val="single" w:sz="4" w:space="2" w:color="D9E2EF"/>
              </w:pBdr>
              <w:spacing w:after="160"/>
            </w:pPr>
          </w:p>
          <w:p w14:paraId="23DDFE00" w14:textId="77777777" w:rsidR="00AA7F03" w:rsidRDefault="00AA7F03">
            <w:pPr>
              <w:pBdr>
                <w:bottom w:val="single" w:sz="4" w:space="2" w:color="D9E2EF"/>
              </w:pBdr>
              <w:spacing w:after="160"/>
            </w:pPr>
          </w:p>
        </w:tc>
      </w:tr>
    </w:tbl>
    <w:p w14:paraId="611DAF1F" w14:textId="77777777" w:rsidR="00AA7F03" w:rsidRDefault="0080283B">
      <w:pPr>
        <w:pBdr>
          <w:left w:val="single" w:sz="16" w:space="6" w:color="2F6FED"/>
        </w:pBdr>
        <w:shd w:val="clear" w:color="auto" w:fill="EEF5FF"/>
        <w:spacing w:before="180" w:after="100"/>
      </w:pPr>
      <w:r>
        <w:rPr>
          <w:b/>
          <w:color w:val="1F3A5F"/>
          <w:sz w:val="24"/>
        </w:rPr>
        <w:lastRenderedPageBreak/>
        <w:t>Vrátenie zaplatenej ceny</w:t>
      </w:r>
    </w:p>
    <w:p w14:paraId="4AD415C6" w14:textId="77777777" w:rsidR="00AA7F03" w:rsidRPr="00971ED4" w:rsidRDefault="0080283B" w:rsidP="00971ED4">
      <w:pPr>
        <w:spacing w:after="120" w:line="269" w:lineRule="auto"/>
        <w:rPr>
          <w:color w:val="64748B"/>
          <w:sz w:val="20"/>
        </w:rPr>
      </w:pPr>
      <w:r w:rsidRPr="00971ED4">
        <w:rPr>
          <w:color w:val="64748B"/>
          <w:sz w:val="20"/>
        </w:rPr>
        <w:t>Zaplatenú cenu za produkt žiadam vrátiť:</w:t>
      </w:r>
    </w:p>
    <w:p w14:paraId="45541AC8" w14:textId="77777777" w:rsidR="00AA7F03" w:rsidRPr="00971ED4" w:rsidRDefault="0080283B" w:rsidP="00971ED4">
      <w:pPr>
        <w:spacing w:after="120" w:line="269" w:lineRule="auto"/>
        <w:rPr>
          <w:color w:val="64748B"/>
          <w:sz w:val="20"/>
        </w:rPr>
      </w:pPr>
      <w:r w:rsidRPr="00971ED4">
        <w:rPr>
          <w:rFonts w:ascii="Segoe UI Symbol" w:hAnsi="Segoe UI Symbol" w:cs="Segoe UI Symbol"/>
          <w:color w:val="64748B"/>
          <w:sz w:val="20"/>
        </w:rPr>
        <w:t>☐</w:t>
      </w:r>
      <w:r w:rsidRPr="00971ED4">
        <w:rPr>
          <w:color w:val="64748B"/>
          <w:sz w:val="20"/>
        </w:rPr>
        <w:t xml:space="preserve"> Spôsobom, aký som použil/a pri platbe za produkt</w:t>
      </w:r>
    </w:p>
    <w:p w14:paraId="469439EE" w14:textId="77777777" w:rsidR="00AA7F03" w:rsidRPr="00971ED4" w:rsidRDefault="0080283B" w:rsidP="00971ED4">
      <w:pPr>
        <w:spacing w:after="120" w:line="269" w:lineRule="auto"/>
        <w:rPr>
          <w:color w:val="64748B"/>
          <w:sz w:val="20"/>
        </w:rPr>
      </w:pPr>
      <w:r w:rsidRPr="00971ED4">
        <w:rPr>
          <w:rFonts w:ascii="Segoe UI Symbol" w:hAnsi="Segoe UI Symbol" w:cs="Segoe UI Symbol"/>
          <w:color w:val="64748B"/>
          <w:sz w:val="20"/>
        </w:rPr>
        <w:t>☐</w:t>
      </w:r>
      <w:r w:rsidRPr="00971ED4">
        <w:rPr>
          <w:color w:val="64748B"/>
          <w:sz w:val="20"/>
        </w:rPr>
        <w:t xml:space="preserve"> Iným spôsobom: ........................................................................................................</w:t>
      </w:r>
    </w:p>
    <w:p w14:paraId="3F7F400B" w14:textId="77777777" w:rsidR="00AA7F03" w:rsidRPr="00971ED4" w:rsidRDefault="0080283B" w:rsidP="00971ED4">
      <w:pPr>
        <w:spacing w:after="120" w:line="269" w:lineRule="auto"/>
        <w:rPr>
          <w:color w:val="64748B"/>
          <w:sz w:val="20"/>
        </w:rPr>
      </w:pPr>
      <w:r w:rsidRPr="00971ED4">
        <w:rPr>
          <w:color w:val="64748B"/>
          <w:sz w:val="20"/>
        </w:rPr>
        <w:t>Zaplatenú cenu za produkt žiadam vrátiť na účet IBAN: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26"/>
        <w:gridCol w:w="426"/>
        <w:gridCol w:w="426"/>
        <w:gridCol w:w="426"/>
        <w:gridCol w:w="426"/>
        <w:gridCol w:w="426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</w:tblGrid>
      <w:tr w:rsidR="00AA7F03" w14:paraId="62A54FC7" w14:textId="77777777">
        <w:trPr>
          <w:jc w:val="center"/>
        </w:trPr>
        <w:tc>
          <w:tcPr>
            <w:tcW w:w="424" w:type="dxa"/>
            <w:tcBorders>
              <w:top w:val="single" w:sz="6" w:space="0" w:color="D9E2EF"/>
              <w:left w:val="single" w:sz="6" w:space="0" w:color="D9E2EF"/>
              <w:bottom w:val="single" w:sz="6" w:space="0" w:color="D9E2EF"/>
              <w:right w:val="single" w:sz="6" w:space="0" w:color="D9E2EF"/>
            </w:tcBorders>
            <w:shd w:val="clear" w:color="auto" w:fill="FBFDFF"/>
            <w:tcMar>
              <w:top w:w="35" w:type="dxa"/>
              <w:left w:w="20" w:type="dxa"/>
              <w:bottom w:w="35" w:type="dxa"/>
              <w:right w:w="20" w:type="dxa"/>
            </w:tcMar>
          </w:tcPr>
          <w:p w14:paraId="0FC8C502" w14:textId="77777777" w:rsidR="00AA7F03" w:rsidRDefault="0080283B">
            <w:pPr>
              <w:spacing w:after="0"/>
              <w:jc w:val="center"/>
            </w:pPr>
            <w:r>
              <w:t xml:space="preserve"> </w:t>
            </w:r>
          </w:p>
        </w:tc>
        <w:tc>
          <w:tcPr>
            <w:tcW w:w="424" w:type="dxa"/>
            <w:tcBorders>
              <w:top w:val="single" w:sz="6" w:space="0" w:color="D9E2EF"/>
              <w:left w:val="single" w:sz="6" w:space="0" w:color="D9E2EF"/>
              <w:bottom w:val="single" w:sz="6" w:space="0" w:color="D9E2EF"/>
              <w:right w:val="single" w:sz="6" w:space="0" w:color="D9E2EF"/>
            </w:tcBorders>
            <w:shd w:val="clear" w:color="auto" w:fill="FBFDFF"/>
            <w:tcMar>
              <w:top w:w="35" w:type="dxa"/>
              <w:left w:w="20" w:type="dxa"/>
              <w:bottom w:w="35" w:type="dxa"/>
              <w:right w:w="20" w:type="dxa"/>
            </w:tcMar>
          </w:tcPr>
          <w:p w14:paraId="243A9D7E" w14:textId="77777777" w:rsidR="00AA7F03" w:rsidRDefault="0080283B">
            <w:pPr>
              <w:spacing w:after="0"/>
              <w:jc w:val="center"/>
            </w:pPr>
            <w:r>
              <w:t xml:space="preserve"> </w:t>
            </w:r>
          </w:p>
        </w:tc>
        <w:tc>
          <w:tcPr>
            <w:tcW w:w="424" w:type="dxa"/>
            <w:tcBorders>
              <w:top w:val="single" w:sz="6" w:space="0" w:color="D9E2EF"/>
              <w:left w:val="single" w:sz="6" w:space="0" w:color="D9E2EF"/>
              <w:bottom w:val="single" w:sz="6" w:space="0" w:color="D9E2EF"/>
              <w:right w:val="single" w:sz="6" w:space="0" w:color="D9E2EF"/>
            </w:tcBorders>
            <w:shd w:val="clear" w:color="auto" w:fill="FBFDFF"/>
            <w:tcMar>
              <w:top w:w="35" w:type="dxa"/>
              <w:left w:w="20" w:type="dxa"/>
              <w:bottom w:w="35" w:type="dxa"/>
              <w:right w:w="20" w:type="dxa"/>
            </w:tcMar>
          </w:tcPr>
          <w:p w14:paraId="77B8B45A" w14:textId="77777777" w:rsidR="00AA7F03" w:rsidRDefault="0080283B">
            <w:pPr>
              <w:spacing w:after="0"/>
              <w:jc w:val="center"/>
            </w:pPr>
            <w:r>
              <w:t xml:space="preserve"> </w:t>
            </w:r>
          </w:p>
        </w:tc>
        <w:tc>
          <w:tcPr>
            <w:tcW w:w="424" w:type="dxa"/>
            <w:tcBorders>
              <w:top w:val="single" w:sz="6" w:space="0" w:color="D9E2EF"/>
              <w:left w:val="single" w:sz="6" w:space="0" w:color="D9E2EF"/>
              <w:bottom w:val="single" w:sz="6" w:space="0" w:color="D9E2EF"/>
              <w:right w:val="single" w:sz="6" w:space="0" w:color="D9E2EF"/>
            </w:tcBorders>
            <w:shd w:val="clear" w:color="auto" w:fill="FBFDFF"/>
            <w:tcMar>
              <w:top w:w="35" w:type="dxa"/>
              <w:left w:w="20" w:type="dxa"/>
              <w:bottom w:w="35" w:type="dxa"/>
              <w:right w:w="20" w:type="dxa"/>
            </w:tcMar>
          </w:tcPr>
          <w:p w14:paraId="03EBC8C6" w14:textId="77777777" w:rsidR="00AA7F03" w:rsidRDefault="0080283B">
            <w:pPr>
              <w:spacing w:after="0"/>
              <w:jc w:val="center"/>
            </w:pPr>
            <w:r>
              <w:t xml:space="preserve"> </w:t>
            </w:r>
          </w:p>
        </w:tc>
        <w:tc>
          <w:tcPr>
            <w:tcW w:w="424" w:type="dxa"/>
            <w:tcBorders>
              <w:top w:val="single" w:sz="6" w:space="0" w:color="D9E2EF"/>
              <w:left w:val="single" w:sz="6" w:space="0" w:color="D9E2EF"/>
              <w:bottom w:val="single" w:sz="6" w:space="0" w:color="D9E2EF"/>
              <w:right w:val="single" w:sz="6" w:space="0" w:color="D9E2EF"/>
            </w:tcBorders>
            <w:shd w:val="clear" w:color="auto" w:fill="FBFDFF"/>
            <w:tcMar>
              <w:top w:w="35" w:type="dxa"/>
              <w:left w:w="20" w:type="dxa"/>
              <w:bottom w:w="35" w:type="dxa"/>
              <w:right w:w="20" w:type="dxa"/>
            </w:tcMar>
          </w:tcPr>
          <w:p w14:paraId="078212F3" w14:textId="77777777" w:rsidR="00AA7F03" w:rsidRDefault="0080283B">
            <w:pPr>
              <w:spacing w:after="0"/>
              <w:jc w:val="center"/>
            </w:pPr>
            <w:r>
              <w:t xml:space="preserve"> </w:t>
            </w:r>
          </w:p>
        </w:tc>
        <w:tc>
          <w:tcPr>
            <w:tcW w:w="424" w:type="dxa"/>
            <w:tcBorders>
              <w:top w:val="single" w:sz="6" w:space="0" w:color="D9E2EF"/>
              <w:left w:val="single" w:sz="6" w:space="0" w:color="D9E2EF"/>
              <w:bottom w:val="single" w:sz="6" w:space="0" w:color="D9E2EF"/>
              <w:right w:val="single" w:sz="6" w:space="0" w:color="D9E2EF"/>
            </w:tcBorders>
            <w:shd w:val="clear" w:color="auto" w:fill="FBFDFF"/>
            <w:tcMar>
              <w:top w:w="35" w:type="dxa"/>
              <w:left w:w="20" w:type="dxa"/>
              <w:bottom w:w="35" w:type="dxa"/>
              <w:right w:w="20" w:type="dxa"/>
            </w:tcMar>
          </w:tcPr>
          <w:p w14:paraId="241D9E8A" w14:textId="77777777" w:rsidR="00AA7F03" w:rsidRDefault="0080283B">
            <w:pPr>
              <w:spacing w:after="0"/>
              <w:jc w:val="center"/>
            </w:pPr>
            <w:r>
              <w:t xml:space="preserve"> </w:t>
            </w:r>
          </w:p>
        </w:tc>
        <w:tc>
          <w:tcPr>
            <w:tcW w:w="424" w:type="dxa"/>
            <w:tcBorders>
              <w:top w:val="single" w:sz="6" w:space="0" w:color="D9E2EF"/>
              <w:left w:val="single" w:sz="6" w:space="0" w:color="D9E2EF"/>
              <w:bottom w:val="single" w:sz="6" w:space="0" w:color="D9E2EF"/>
              <w:right w:val="single" w:sz="6" w:space="0" w:color="D9E2EF"/>
            </w:tcBorders>
            <w:shd w:val="clear" w:color="auto" w:fill="FBFDFF"/>
            <w:tcMar>
              <w:top w:w="35" w:type="dxa"/>
              <w:left w:w="20" w:type="dxa"/>
              <w:bottom w:w="35" w:type="dxa"/>
              <w:right w:w="20" w:type="dxa"/>
            </w:tcMar>
          </w:tcPr>
          <w:p w14:paraId="1F57D8B2" w14:textId="77777777" w:rsidR="00AA7F03" w:rsidRDefault="0080283B">
            <w:pPr>
              <w:spacing w:after="0"/>
              <w:jc w:val="center"/>
            </w:pPr>
            <w:r>
              <w:t xml:space="preserve"> </w:t>
            </w:r>
          </w:p>
        </w:tc>
        <w:tc>
          <w:tcPr>
            <w:tcW w:w="424" w:type="dxa"/>
            <w:tcBorders>
              <w:top w:val="single" w:sz="6" w:space="0" w:color="D9E2EF"/>
              <w:left w:val="single" w:sz="6" w:space="0" w:color="D9E2EF"/>
              <w:bottom w:val="single" w:sz="6" w:space="0" w:color="D9E2EF"/>
              <w:right w:val="single" w:sz="6" w:space="0" w:color="D9E2EF"/>
            </w:tcBorders>
            <w:shd w:val="clear" w:color="auto" w:fill="FBFDFF"/>
            <w:tcMar>
              <w:top w:w="35" w:type="dxa"/>
              <w:left w:w="20" w:type="dxa"/>
              <w:bottom w:w="35" w:type="dxa"/>
              <w:right w:w="20" w:type="dxa"/>
            </w:tcMar>
          </w:tcPr>
          <w:p w14:paraId="0820DFDC" w14:textId="77777777" w:rsidR="00AA7F03" w:rsidRDefault="0080283B">
            <w:pPr>
              <w:spacing w:after="0"/>
              <w:jc w:val="center"/>
            </w:pPr>
            <w:r>
              <w:t xml:space="preserve"> </w:t>
            </w:r>
          </w:p>
        </w:tc>
        <w:tc>
          <w:tcPr>
            <w:tcW w:w="424" w:type="dxa"/>
            <w:tcBorders>
              <w:top w:val="single" w:sz="6" w:space="0" w:color="D9E2EF"/>
              <w:left w:val="single" w:sz="6" w:space="0" w:color="D9E2EF"/>
              <w:bottom w:val="single" w:sz="6" w:space="0" w:color="D9E2EF"/>
              <w:right w:val="single" w:sz="6" w:space="0" w:color="D9E2EF"/>
            </w:tcBorders>
            <w:shd w:val="clear" w:color="auto" w:fill="FBFDFF"/>
            <w:tcMar>
              <w:top w:w="35" w:type="dxa"/>
              <w:left w:w="20" w:type="dxa"/>
              <w:bottom w:w="35" w:type="dxa"/>
              <w:right w:w="20" w:type="dxa"/>
            </w:tcMar>
          </w:tcPr>
          <w:p w14:paraId="7038C16D" w14:textId="77777777" w:rsidR="00AA7F03" w:rsidRDefault="0080283B">
            <w:pPr>
              <w:spacing w:after="0"/>
              <w:jc w:val="center"/>
            </w:pPr>
            <w:r>
              <w:t xml:space="preserve"> </w:t>
            </w:r>
          </w:p>
        </w:tc>
        <w:tc>
          <w:tcPr>
            <w:tcW w:w="424" w:type="dxa"/>
            <w:tcBorders>
              <w:top w:val="single" w:sz="6" w:space="0" w:color="D9E2EF"/>
              <w:left w:val="single" w:sz="6" w:space="0" w:color="D9E2EF"/>
              <w:bottom w:val="single" w:sz="6" w:space="0" w:color="D9E2EF"/>
              <w:right w:val="single" w:sz="6" w:space="0" w:color="D9E2EF"/>
            </w:tcBorders>
            <w:shd w:val="clear" w:color="auto" w:fill="FBFDFF"/>
            <w:tcMar>
              <w:top w:w="35" w:type="dxa"/>
              <w:left w:w="20" w:type="dxa"/>
              <w:bottom w:w="35" w:type="dxa"/>
              <w:right w:w="20" w:type="dxa"/>
            </w:tcMar>
          </w:tcPr>
          <w:p w14:paraId="4C616FE1" w14:textId="77777777" w:rsidR="00AA7F03" w:rsidRDefault="0080283B">
            <w:pPr>
              <w:spacing w:after="0"/>
              <w:jc w:val="center"/>
            </w:pPr>
            <w:r>
              <w:t xml:space="preserve"> </w:t>
            </w:r>
          </w:p>
        </w:tc>
        <w:tc>
          <w:tcPr>
            <w:tcW w:w="424" w:type="dxa"/>
            <w:tcBorders>
              <w:top w:val="single" w:sz="6" w:space="0" w:color="D9E2EF"/>
              <w:left w:val="single" w:sz="6" w:space="0" w:color="D9E2EF"/>
              <w:bottom w:val="single" w:sz="6" w:space="0" w:color="D9E2EF"/>
              <w:right w:val="single" w:sz="6" w:space="0" w:color="D9E2EF"/>
            </w:tcBorders>
            <w:shd w:val="clear" w:color="auto" w:fill="FBFDFF"/>
            <w:tcMar>
              <w:top w:w="35" w:type="dxa"/>
              <w:left w:w="20" w:type="dxa"/>
              <w:bottom w:w="35" w:type="dxa"/>
              <w:right w:w="20" w:type="dxa"/>
            </w:tcMar>
          </w:tcPr>
          <w:p w14:paraId="510DD930" w14:textId="77777777" w:rsidR="00AA7F03" w:rsidRDefault="0080283B">
            <w:pPr>
              <w:spacing w:after="0"/>
              <w:jc w:val="center"/>
            </w:pPr>
            <w:r>
              <w:t xml:space="preserve"> </w:t>
            </w:r>
          </w:p>
        </w:tc>
        <w:tc>
          <w:tcPr>
            <w:tcW w:w="424" w:type="dxa"/>
            <w:tcBorders>
              <w:top w:val="single" w:sz="6" w:space="0" w:color="D9E2EF"/>
              <w:left w:val="single" w:sz="6" w:space="0" w:color="D9E2EF"/>
              <w:bottom w:val="single" w:sz="6" w:space="0" w:color="D9E2EF"/>
              <w:right w:val="single" w:sz="6" w:space="0" w:color="D9E2EF"/>
            </w:tcBorders>
            <w:shd w:val="clear" w:color="auto" w:fill="FBFDFF"/>
            <w:tcMar>
              <w:top w:w="35" w:type="dxa"/>
              <w:left w:w="20" w:type="dxa"/>
              <w:bottom w:w="35" w:type="dxa"/>
              <w:right w:w="20" w:type="dxa"/>
            </w:tcMar>
          </w:tcPr>
          <w:p w14:paraId="1B51E719" w14:textId="77777777" w:rsidR="00AA7F03" w:rsidRDefault="0080283B">
            <w:pPr>
              <w:spacing w:after="0"/>
              <w:jc w:val="center"/>
            </w:pPr>
            <w:r>
              <w:t xml:space="preserve"> </w:t>
            </w:r>
          </w:p>
        </w:tc>
        <w:tc>
          <w:tcPr>
            <w:tcW w:w="424" w:type="dxa"/>
            <w:tcBorders>
              <w:top w:val="single" w:sz="6" w:space="0" w:color="D9E2EF"/>
              <w:left w:val="single" w:sz="6" w:space="0" w:color="D9E2EF"/>
              <w:bottom w:val="single" w:sz="6" w:space="0" w:color="D9E2EF"/>
              <w:right w:val="single" w:sz="6" w:space="0" w:color="D9E2EF"/>
            </w:tcBorders>
            <w:shd w:val="clear" w:color="auto" w:fill="FBFDFF"/>
            <w:tcMar>
              <w:top w:w="35" w:type="dxa"/>
              <w:left w:w="20" w:type="dxa"/>
              <w:bottom w:w="35" w:type="dxa"/>
              <w:right w:w="20" w:type="dxa"/>
            </w:tcMar>
          </w:tcPr>
          <w:p w14:paraId="301B69B3" w14:textId="77777777" w:rsidR="00AA7F03" w:rsidRDefault="0080283B">
            <w:pPr>
              <w:spacing w:after="0"/>
              <w:jc w:val="center"/>
            </w:pPr>
            <w:r>
              <w:t xml:space="preserve"> </w:t>
            </w:r>
          </w:p>
        </w:tc>
        <w:tc>
          <w:tcPr>
            <w:tcW w:w="424" w:type="dxa"/>
            <w:tcBorders>
              <w:top w:val="single" w:sz="6" w:space="0" w:color="D9E2EF"/>
              <w:left w:val="single" w:sz="6" w:space="0" w:color="D9E2EF"/>
              <w:bottom w:val="single" w:sz="6" w:space="0" w:color="D9E2EF"/>
              <w:right w:val="single" w:sz="6" w:space="0" w:color="D9E2EF"/>
            </w:tcBorders>
            <w:shd w:val="clear" w:color="auto" w:fill="FBFDFF"/>
            <w:tcMar>
              <w:top w:w="35" w:type="dxa"/>
              <w:left w:w="20" w:type="dxa"/>
              <w:bottom w:w="35" w:type="dxa"/>
              <w:right w:w="20" w:type="dxa"/>
            </w:tcMar>
          </w:tcPr>
          <w:p w14:paraId="26B2B3AC" w14:textId="77777777" w:rsidR="00AA7F03" w:rsidRDefault="0080283B">
            <w:pPr>
              <w:spacing w:after="0"/>
              <w:jc w:val="center"/>
            </w:pPr>
            <w:r>
              <w:t xml:space="preserve"> </w:t>
            </w:r>
          </w:p>
        </w:tc>
        <w:tc>
          <w:tcPr>
            <w:tcW w:w="424" w:type="dxa"/>
            <w:tcBorders>
              <w:top w:val="single" w:sz="6" w:space="0" w:color="D9E2EF"/>
              <w:left w:val="single" w:sz="6" w:space="0" w:color="D9E2EF"/>
              <w:bottom w:val="single" w:sz="6" w:space="0" w:color="D9E2EF"/>
              <w:right w:val="single" w:sz="6" w:space="0" w:color="D9E2EF"/>
            </w:tcBorders>
            <w:shd w:val="clear" w:color="auto" w:fill="FBFDFF"/>
            <w:tcMar>
              <w:top w:w="35" w:type="dxa"/>
              <w:left w:w="20" w:type="dxa"/>
              <w:bottom w:w="35" w:type="dxa"/>
              <w:right w:w="20" w:type="dxa"/>
            </w:tcMar>
          </w:tcPr>
          <w:p w14:paraId="30A39771" w14:textId="77777777" w:rsidR="00AA7F03" w:rsidRDefault="0080283B">
            <w:pPr>
              <w:spacing w:after="0"/>
              <w:jc w:val="center"/>
            </w:pPr>
            <w:r>
              <w:t xml:space="preserve"> </w:t>
            </w:r>
          </w:p>
        </w:tc>
        <w:tc>
          <w:tcPr>
            <w:tcW w:w="424" w:type="dxa"/>
            <w:tcBorders>
              <w:top w:val="single" w:sz="6" w:space="0" w:color="D9E2EF"/>
              <w:left w:val="single" w:sz="6" w:space="0" w:color="D9E2EF"/>
              <w:bottom w:val="single" w:sz="6" w:space="0" w:color="D9E2EF"/>
              <w:right w:val="single" w:sz="6" w:space="0" w:color="D9E2EF"/>
            </w:tcBorders>
            <w:shd w:val="clear" w:color="auto" w:fill="FBFDFF"/>
            <w:tcMar>
              <w:top w:w="35" w:type="dxa"/>
              <w:left w:w="20" w:type="dxa"/>
              <w:bottom w:w="35" w:type="dxa"/>
              <w:right w:w="20" w:type="dxa"/>
            </w:tcMar>
          </w:tcPr>
          <w:p w14:paraId="0EF5883F" w14:textId="77777777" w:rsidR="00AA7F03" w:rsidRDefault="0080283B">
            <w:pPr>
              <w:spacing w:after="0"/>
              <w:jc w:val="center"/>
            </w:pPr>
            <w:r>
              <w:t xml:space="preserve"> </w:t>
            </w:r>
          </w:p>
        </w:tc>
        <w:tc>
          <w:tcPr>
            <w:tcW w:w="424" w:type="dxa"/>
            <w:tcBorders>
              <w:top w:val="single" w:sz="6" w:space="0" w:color="D9E2EF"/>
              <w:left w:val="single" w:sz="6" w:space="0" w:color="D9E2EF"/>
              <w:bottom w:val="single" w:sz="6" w:space="0" w:color="D9E2EF"/>
              <w:right w:val="single" w:sz="6" w:space="0" w:color="D9E2EF"/>
            </w:tcBorders>
            <w:shd w:val="clear" w:color="auto" w:fill="FBFDFF"/>
            <w:tcMar>
              <w:top w:w="35" w:type="dxa"/>
              <w:left w:w="20" w:type="dxa"/>
              <w:bottom w:w="35" w:type="dxa"/>
              <w:right w:w="20" w:type="dxa"/>
            </w:tcMar>
          </w:tcPr>
          <w:p w14:paraId="7C788338" w14:textId="77777777" w:rsidR="00AA7F03" w:rsidRDefault="0080283B">
            <w:pPr>
              <w:spacing w:after="0"/>
              <w:jc w:val="center"/>
            </w:pPr>
            <w:r>
              <w:t xml:space="preserve"> </w:t>
            </w:r>
          </w:p>
        </w:tc>
        <w:tc>
          <w:tcPr>
            <w:tcW w:w="424" w:type="dxa"/>
            <w:tcBorders>
              <w:top w:val="single" w:sz="6" w:space="0" w:color="D9E2EF"/>
              <w:left w:val="single" w:sz="6" w:space="0" w:color="D9E2EF"/>
              <w:bottom w:val="single" w:sz="6" w:space="0" w:color="D9E2EF"/>
              <w:right w:val="single" w:sz="6" w:space="0" w:color="D9E2EF"/>
            </w:tcBorders>
            <w:shd w:val="clear" w:color="auto" w:fill="FBFDFF"/>
            <w:tcMar>
              <w:top w:w="35" w:type="dxa"/>
              <w:left w:w="20" w:type="dxa"/>
              <w:bottom w:w="35" w:type="dxa"/>
              <w:right w:w="20" w:type="dxa"/>
            </w:tcMar>
          </w:tcPr>
          <w:p w14:paraId="364EED3C" w14:textId="77777777" w:rsidR="00AA7F03" w:rsidRDefault="0080283B">
            <w:pPr>
              <w:spacing w:after="0"/>
              <w:jc w:val="center"/>
            </w:pPr>
            <w:r>
              <w:t xml:space="preserve"> </w:t>
            </w:r>
          </w:p>
        </w:tc>
        <w:tc>
          <w:tcPr>
            <w:tcW w:w="424" w:type="dxa"/>
            <w:tcBorders>
              <w:top w:val="single" w:sz="6" w:space="0" w:color="D9E2EF"/>
              <w:left w:val="single" w:sz="6" w:space="0" w:color="D9E2EF"/>
              <w:bottom w:val="single" w:sz="6" w:space="0" w:color="D9E2EF"/>
              <w:right w:val="single" w:sz="6" w:space="0" w:color="D9E2EF"/>
            </w:tcBorders>
            <w:shd w:val="clear" w:color="auto" w:fill="FBFDFF"/>
            <w:tcMar>
              <w:top w:w="35" w:type="dxa"/>
              <w:left w:w="20" w:type="dxa"/>
              <w:bottom w:w="35" w:type="dxa"/>
              <w:right w:w="20" w:type="dxa"/>
            </w:tcMar>
          </w:tcPr>
          <w:p w14:paraId="0CEFF43C" w14:textId="77777777" w:rsidR="00AA7F03" w:rsidRDefault="0080283B">
            <w:pPr>
              <w:spacing w:after="0"/>
              <w:jc w:val="center"/>
            </w:pPr>
            <w:r>
              <w:t xml:space="preserve"> </w:t>
            </w:r>
          </w:p>
        </w:tc>
        <w:tc>
          <w:tcPr>
            <w:tcW w:w="424" w:type="dxa"/>
            <w:tcBorders>
              <w:top w:val="single" w:sz="6" w:space="0" w:color="D9E2EF"/>
              <w:left w:val="single" w:sz="6" w:space="0" w:color="D9E2EF"/>
              <w:bottom w:val="single" w:sz="6" w:space="0" w:color="D9E2EF"/>
              <w:right w:val="single" w:sz="6" w:space="0" w:color="D9E2EF"/>
            </w:tcBorders>
            <w:shd w:val="clear" w:color="auto" w:fill="FBFDFF"/>
            <w:tcMar>
              <w:top w:w="35" w:type="dxa"/>
              <w:left w:w="20" w:type="dxa"/>
              <w:bottom w:w="35" w:type="dxa"/>
              <w:right w:w="20" w:type="dxa"/>
            </w:tcMar>
          </w:tcPr>
          <w:p w14:paraId="6C7968AD" w14:textId="77777777" w:rsidR="00AA7F03" w:rsidRDefault="0080283B">
            <w:pPr>
              <w:spacing w:after="0"/>
              <w:jc w:val="center"/>
            </w:pPr>
            <w:r>
              <w:t xml:space="preserve"> </w:t>
            </w:r>
          </w:p>
        </w:tc>
        <w:tc>
          <w:tcPr>
            <w:tcW w:w="424" w:type="dxa"/>
            <w:tcBorders>
              <w:top w:val="single" w:sz="6" w:space="0" w:color="D9E2EF"/>
              <w:left w:val="single" w:sz="6" w:space="0" w:color="D9E2EF"/>
              <w:bottom w:val="single" w:sz="6" w:space="0" w:color="D9E2EF"/>
              <w:right w:val="single" w:sz="6" w:space="0" w:color="D9E2EF"/>
            </w:tcBorders>
            <w:shd w:val="clear" w:color="auto" w:fill="FBFDFF"/>
            <w:tcMar>
              <w:top w:w="35" w:type="dxa"/>
              <w:left w:w="20" w:type="dxa"/>
              <w:bottom w:w="35" w:type="dxa"/>
              <w:right w:w="20" w:type="dxa"/>
            </w:tcMar>
          </w:tcPr>
          <w:p w14:paraId="08B1AE9C" w14:textId="77777777" w:rsidR="00AA7F03" w:rsidRDefault="0080283B">
            <w:pPr>
              <w:spacing w:after="0"/>
              <w:jc w:val="center"/>
            </w:pPr>
            <w:r>
              <w:t xml:space="preserve"> </w:t>
            </w:r>
          </w:p>
        </w:tc>
        <w:tc>
          <w:tcPr>
            <w:tcW w:w="424" w:type="dxa"/>
            <w:tcBorders>
              <w:top w:val="single" w:sz="6" w:space="0" w:color="D9E2EF"/>
              <w:left w:val="single" w:sz="6" w:space="0" w:color="D9E2EF"/>
              <w:bottom w:val="single" w:sz="6" w:space="0" w:color="D9E2EF"/>
              <w:right w:val="single" w:sz="6" w:space="0" w:color="D9E2EF"/>
            </w:tcBorders>
            <w:shd w:val="clear" w:color="auto" w:fill="FBFDFF"/>
            <w:tcMar>
              <w:top w:w="35" w:type="dxa"/>
              <w:left w:w="20" w:type="dxa"/>
              <w:bottom w:w="35" w:type="dxa"/>
              <w:right w:w="20" w:type="dxa"/>
            </w:tcMar>
          </w:tcPr>
          <w:p w14:paraId="23845098" w14:textId="77777777" w:rsidR="00AA7F03" w:rsidRDefault="0080283B">
            <w:pPr>
              <w:spacing w:after="0"/>
              <w:jc w:val="center"/>
            </w:pPr>
            <w:r>
              <w:t xml:space="preserve"> </w:t>
            </w:r>
          </w:p>
        </w:tc>
        <w:tc>
          <w:tcPr>
            <w:tcW w:w="424" w:type="dxa"/>
            <w:tcBorders>
              <w:top w:val="single" w:sz="6" w:space="0" w:color="D9E2EF"/>
              <w:left w:val="single" w:sz="6" w:space="0" w:color="D9E2EF"/>
              <w:bottom w:val="single" w:sz="6" w:space="0" w:color="D9E2EF"/>
              <w:right w:val="single" w:sz="6" w:space="0" w:color="D9E2EF"/>
            </w:tcBorders>
            <w:shd w:val="clear" w:color="auto" w:fill="FBFDFF"/>
            <w:tcMar>
              <w:top w:w="35" w:type="dxa"/>
              <w:left w:w="20" w:type="dxa"/>
              <w:bottom w:w="35" w:type="dxa"/>
              <w:right w:w="20" w:type="dxa"/>
            </w:tcMar>
          </w:tcPr>
          <w:p w14:paraId="26149A5B" w14:textId="77777777" w:rsidR="00AA7F03" w:rsidRDefault="0080283B">
            <w:pPr>
              <w:spacing w:after="0"/>
              <w:jc w:val="center"/>
            </w:pPr>
            <w:r>
              <w:t xml:space="preserve"> </w:t>
            </w:r>
          </w:p>
        </w:tc>
        <w:tc>
          <w:tcPr>
            <w:tcW w:w="424" w:type="dxa"/>
            <w:tcBorders>
              <w:top w:val="single" w:sz="6" w:space="0" w:color="D9E2EF"/>
              <w:left w:val="single" w:sz="6" w:space="0" w:color="D9E2EF"/>
              <w:bottom w:val="single" w:sz="6" w:space="0" w:color="D9E2EF"/>
              <w:right w:val="single" w:sz="6" w:space="0" w:color="D9E2EF"/>
            </w:tcBorders>
            <w:shd w:val="clear" w:color="auto" w:fill="FBFDFF"/>
            <w:tcMar>
              <w:top w:w="35" w:type="dxa"/>
              <w:left w:w="20" w:type="dxa"/>
              <w:bottom w:w="35" w:type="dxa"/>
              <w:right w:w="20" w:type="dxa"/>
            </w:tcMar>
          </w:tcPr>
          <w:p w14:paraId="7F72654E" w14:textId="77777777" w:rsidR="00AA7F03" w:rsidRDefault="0080283B">
            <w:pPr>
              <w:spacing w:after="0"/>
              <w:jc w:val="center"/>
            </w:pPr>
            <w:r>
              <w:t xml:space="preserve"> </w:t>
            </w:r>
          </w:p>
        </w:tc>
      </w:tr>
    </w:tbl>
    <w:p w14:paraId="7AF27B9A" w14:textId="1EC07021" w:rsidR="00AA7F03" w:rsidRDefault="00AA7F03">
      <w:pPr>
        <w:spacing w:after="80"/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0406"/>
      </w:tblGrid>
      <w:tr w:rsidR="00AA7F03" w14:paraId="7D8E740E" w14:textId="77777777">
        <w:trPr>
          <w:jc w:val="center"/>
        </w:trPr>
        <w:tc>
          <w:tcPr>
            <w:tcW w:w="10166" w:type="dxa"/>
            <w:tcBorders>
              <w:top w:val="single" w:sz="8" w:space="0" w:color="D9E2EF"/>
              <w:left w:val="single" w:sz="8" w:space="0" w:color="D9E2EF"/>
              <w:bottom w:val="single" w:sz="8" w:space="0" w:color="D9E2EF"/>
              <w:right w:val="single" w:sz="8" w:space="0" w:color="D9E2EF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437CBBE1" w14:textId="77777777" w:rsidR="00AA7F03" w:rsidRDefault="0080283B">
            <w:pPr>
              <w:spacing w:after="60"/>
            </w:pPr>
            <w:r>
              <w:rPr>
                <w:b/>
                <w:color w:val="64748B"/>
                <w:sz w:val="17"/>
              </w:rPr>
              <w:t>Meno držiteľa bankového účtu pre verifikáciu platby (nepovinné)</w:t>
            </w:r>
          </w:p>
          <w:p w14:paraId="2340872C" w14:textId="77777777" w:rsidR="00AA7F03" w:rsidRDefault="00AA7F03">
            <w:pPr>
              <w:pBdr>
                <w:bottom w:val="single" w:sz="4" w:space="2" w:color="D9E2EF"/>
              </w:pBdr>
              <w:spacing w:after="160"/>
            </w:pPr>
          </w:p>
        </w:tc>
      </w:tr>
    </w:tbl>
    <w:p w14:paraId="5D072B74" w14:textId="77777777" w:rsidR="00AA7F03" w:rsidRDefault="0080283B">
      <w:pPr>
        <w:pBdr>
          <w:left w:val="single" w:sz="16" w:space="6" w:color="2F6FED"/>
        </w:pBdr>
        <w:shd w:val="clear" w:color="auto" w:fill="EEF5FF"/>
        <w:spacing w:before="180" w:after="100"/>
      </w:pPr>
      <w:r>
        <w:rPr>
          <w:b/>
          <w:color w:val="1F3A5F"/>
          <w:sz w:val="24"/>
        </w:rPr>
        <w:t>Dátum a podpis</w:t>
      </w:r>
    </w:p>
    <w:tbl>
      <w:tblPr>
        <w:tblW w:w="5000" w:type="pct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5163"/>
        <w:gridCol w:w="5163"/>
      </w:tblGrid>
      <w:tr w:rsidR="00AA7F03" w14:paraId="77ECAE25" w14:textId="77777777">
        <w:trPr>
          <w:jc w:val="center"/>
        </w:trPr>
        <w:tc>
          <w:tcPr>
            <w:tcW w:w="5083" w:type="dxa"/>
            <w:tcBorders>
              <w:top w:val="nil"/>
              <w:left w:val="nil"/>
              <w:bottom w:val="nil"/>
              <w:right w:val="nil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bottom"/>
          </w:tcPr>
          <w:p w14:paraId="771AF068" w14:textId="77777777" w:rsidR="00AA7F03" w:rsidRDefault="0080283B">
            <w:pPr>
              <w:spacing w:after="40"/>
            </w:pPr>
            <w:r>
              <w:rPr>
                <w:b/>
                <w:color w:val="64748B"/>
                <w:sz w:val="17"/>
              </w:rPr>
              <w:t>V / miesto</w:t>
            </w:r>
          </w:p>
          <w:p w14:paraId="5F85BBDE" w14:textId="77777777" w:rsidR="00AA7F03" w:rsidRDefault="00AA7F03">
            <w:pPr>
              <w:pBdr>
                <w:bottom w:val="single" w:sz="6" w:space="2" w:color="D9E2EF"/>
              </w:pBdr>
              <w:spacing w:after="140"/>
            </w:pPr>
          </w:p>
        </w:tc>
        <w:tc>
          <w:tcPr>
            <w:tcW w:w="5083" w:type="dxa"/>
            <w:tcBorders>
              <w:top w:val="nil"/>
              <w:left w:val="nil"/>
              <w:bottom w:val="nil"/>
              <w:right w:val="nil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bottom"/>
          </w:tcPr>
          <w:p w14:paraId="288517AE" w14:textId="77777777" w:rsidR="00AA7F03" w:rsidRDefault="0080283B">
            <w:pPr>
              <w:spacing w:after="40"/>
            </w:pPr>
            <w:r>
              <w:rPr>
                <w:b/>
                <w:color w:val="64748B"/>
                <w:sz w:val="17"/>
              </w:rPr>
              <w:t>Dňa</w:t>
            </w:r>
          </w:p>
          <w:p w14:paraId="14EA347F" w14:textId="77777777" w:rsidR="00AA7F03" w:rsidRDefault="00AA7F03">
            <w:pPr>
              <w:pBdr>
                <w:bottom w:val="single" w:sz="6" w:space="2" w:color="D9E2EF"/>
              </w:pBdr>
              <w:spacing w:after="140"/>
            </w:pPr>
          </w:p>
        </w:tc>
      </w:tr>
      <w:tr w:rsidR="00AA7F03" w14:paraId="68F406EE" w14:textId="77777777">
        <w:trPr>
          <w:jc w:val="center"/>
        </w:trPr>
        <w:tc>
          <w:tcPr>
            <w:tcW w:w="101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bottom"/>
          </w:tcPr>
          <w:p w14:paraId="4DE1C29E" w14:textId="77777777" w:rsidR="00AA7F03" w:rsidRDefault="00AA7F03"/>
        </w:tc>
      </w:tr>
      <w:tr w:rsidR="00AA7F03" w14:paraId="5FD7B946" w14:textId="77777777">
        <w:trPr>
          <w:jc w:val="center"/>
        </w:trPr>
        <w:tc>
          <w:tcPr>
            <w:tcW w:w="101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bottom"/>
          </w:tcPr>
          <w:p w14:paraId="74BAC900" w14:textId="77777777" w:rsidR="00AA7F03" w:rsidRDefault="0080283B">
            <w:pPr>
              <w:spacing w:after="40"/>
            </w:pPr>
            <w:r>
              <w:rPr>
                <w:b/>
                <w:color w:val="64748B"/>
                <w:sz w:val="17"/>
              </w:rPr>
              <w:t>Podpis spotrebiteľa</w:t>
            </w:r>
          </w:p>
          <w:p w14:paraId="3CBDFE76" w14:textId="77777777" w:rsidR="00AA7F03" w:rsidRDefault="00AA7F03">
            <w:pPr>
              <w:pBdr>
                <w:bottom w:val="single" w:sz="6" w:space="2" w:color="D9E2EF"/>
              </w:pBdr>
              <w:spacing w:after="60"/>
            </w:pPr>
          </w:p>
        </w:tc>
      </w:tr>
      <w:tr w:rsidR="00AA7F03" w14:paraId="79422D41" w14:textId="77777777">
        <w:trPr>
          <w:jc w:val="center"/>
        </w:trPr>
        <w:tc>
          <w:tcPr>
            <w:tcW w:w="101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bottom"/>
          </w:tcPr>
          <w:p w14:paraId="71EBAC69" w14:textId="77777777" w:rsidR="00AA7F03" w:rsidRDefault="0080283B">
            <w:pPr>
              <w:jc w:val="center"/>
            </w:pPr>
            <w:r>
              <w:rPr>
                <w:i/>
                <w:color w:val="64748B"/>
                <w:sz w:val="18"/>
              </w:rPr>
              <w:t>(ak sa tento formulár podáva v listinnej podobe)</w:t>
            </w:r>
          </w:p>
        </w:tc>
      </w:tr>
    </w:tbl>
    <w:p w14:paraId="7ACF1337" w14:textId="77777777" w:rsidR="0080283B" w:rsidRDefault="0080283B"/>
    <w:sectPr w:rsidR="0080283B" w:rsidSect="00034616">
      <w:headerReference w:type="default" r:id="rId8"/>
      <w:footerReference w:type="default" r:id="rId9"/>
      <w:pgSz w:w="12240" w:h="15840"/>
      <w:pgMar w:top="893" w:right="1037" w:bottom="893" w:left="103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53C10A" w14:textId="77777777" w:rsidR="00CA6AFE" w:rsidRDefault="00CA6AFE">
      <w:pPr>
        <w:spacing w:after="0" w:line="240" w:lineRule="auto"/>
      </w:pPr>
      <w:r>
        <w:separator/>
      </w:r>
    </w:p>
  </w:endnote>
  <w:endnote w:type="continuationSeparator" w:id="0">
    <w:p w14:paraId="5643B7B5" w14:textId="77777777" w:rsidR="00CA6AFE" w:rsidRDefault="00CA6A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09DF11" w14:textId="77777777" w:rsidR="00AA7F03" w:rsidRDefault="00AA7F0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335D99" w14:textId="77777777" w:rsidR="00CA6AFE" w:rsidRDefault="00CA6AFE">
      <w:pPr>
        <w:spacing w:after="0" w:line="240" w:lineRule="auto"/>
      </w:pPr>
      <w:r>
        <w:separator/>
      </w:r>
    </w:p>
  </w:footnote>
  <w:footnote w:type="continuationSeparator" w:id="0">
    <w:p w14:paraId="467A0DBB" w14:textId="77777777" w:rsidR="00CA6AFE" w:rsidRDefault="00CA6A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103B85" w14:textId="77777777" w:rsidR="00AA7F03" w:rsidRDefault="00AA7F0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zo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zo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Zo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Zo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Zo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12826720">
    <w:abstractNumId w:val="8"/>
  </w:num>
  <w:num w:numId="2" w16cid:durableId="742920215">
    <w:abstractNumId w:val="6"/>
  </w:num>
  <w:num w:numId="3" w16cid:durableId="41055753">
    <w:abstractNumId w:val="5"/>
  </w:num>
  <w:num w:numId="4" w16cid:durableId="1208562211">
    <w:abstractNumId w:val="4"/>
  </w:num>
  <w:num w:numId="5" w16cid:durableId="94133812">
    <w:abstractNumId w:val="7"/>
  </w:num>
  <w:num w:numId="6" w16cid:durableId="770704763">
    <w:abstractNumId w:val="3"/>
  </w:num>
  <w:num w:numId="7" w16cid:durableId="2099012326">
    <w:abstractNumId w:val="2"/>
  </w:num>
  <w:num w:numId="8" w16cid:durableId="1243485007">
    <w:abstractNumId w:val="1"/>
  </w:num>
  <w:num w:numId="9" w16cid:durableId="18327908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E2FD6"/>
    <w:rsid w:val="0029639D"/>
    <w:rsid w:val="00326F90"/>
    <w:rsid w:val="00335C46"/>
    <w:rsid w:val="003E1F97"/>
    <w:rsid w:val="0080283B"/>
    <w:rsid w:val="00971ED4"/>
    <w:rsid w:val="00AA1D8D"/>
    <w:rsid w:val="00AA7F03"/>
    <w:rsid w:val="00B47730"/>
    <w:rsid w:val="00CA6AFE"/>
    <w:rsid w:val="00CB0664"/>
    <w:rsid w:val="00E7073F"/>
    <w:rsid w:val="00FB2D1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5E93817"/>
  <w14:defaultImageDpi w14:val="300"/>
  <w15:docId w15:val="{BC18299D-911A-46E0-BFE4-845BCE1BC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C693F"/>
    <w:rPr>
      <w:rFonts w:ascii="Calibri" w:eastAsia="Calibri" w:hAnsi="Calibri"/>
      <w:color w:val="172033"/>
      <w:sz w:val="21"/>
      <w:lang w:val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618BF"/>
  </w:style>
  <w:style w:type="paragraph" w:styleId="Pta">
    <w:name w:val="footer"/>
    <w:basedOn w:val="Normlny"/>
    <w:link w:val="Pta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618BF"/>
  </w:style>
  <w:style w:type="paragraph" w:styleId="Bezriadkovania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Predvolenpsmoodseku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ov">
    <w:name w:val="Title"/>
    <w:basedOn w:val="Normlny"/>
    <w:next w:val="Normlny"/>
    <w:link w:val="Nzo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ekzoznamu">
    <w:name w:val="List Paragraph"/>
    <w:basedOn w:val="Normlny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A1D8D"/>
  </w:style>
  <w:style w:type="paragraph" w:styleId="Zkladntext2">
    <w:name w:val="Body Text 2"/>
    <w:basedOn w:val="Normlny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AA1D8D"/>
  </w:style>
  <w:style w:type="paragraph" w:styleId="Zkladntext3">
    <w:name w:val="Body Text 3"/>
    <w:basedOn w:val="Normlny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A1D8D"/>
    <w:rPr>
      <w:sz w:val="16"/>
      <w:szCs w:val="16"/>
    </w:rPr>
  </w:style>
  <w:style w:type="paragraph" w:styleId="Zoznam">
    <w:name w:val="List"/>
    <w:basedOn w:val="Normlny"/>
    <w:uiPriority w:val="99"/>
    <w:unhideWhenUsed/>
    <w:rsid w:val="00AA1D8D"/>
    <w:pPr>
      <w:ind w:left="360" w:hanging="360"/>
      <w:contextualSpacing/>
    </w:pPr>
  </w:style>
  <w:style w:type="paragraph" w:styleId="Zoznam2">
    <w:name w:val="List 2"/>
    <w:basedOn w:val="Normlny"/>
    <w:uiPriority w:val="99"/>
    <w:unhideWhenUsed/>
    <w:rsid w:val="00326F90"/>
    <w:pPr>
      <w:ind w:left="720" w:hanging="360"/>
      <w:contextualSpacing/>
    </w:pPr>
  </w:style>
  <w:style w:type="paragraph" w:styleId="Zoznam3">
    <w:name w:val="List 3"/>
    <w:basedOn w:val="Normlny"/>
    <w:uiPriority w:val="99"/>
    <w:unhideWhenUsed/>
    <w:rsid w:val="00326F90"/>
    <w:pPr>
      <w:ind w:left="1080" w:hanging="360"/>
      <w:contextualSpacing/>
    </w:pPr>
  </w:style>
  <w:style w:type="paragraph" w:styleId="Zoznamsodrkami">
    <w:name w:val="List Bullet"/>
    <w:basedOn w:val="Normlny"/>
    <w:uiPriority w:val="99"/>
    <w:unhideWhenUsed/>
    <w:rsid w:val="00326F90"/>
    <w:pPr>
      <w:numPr>
        <w:numId w:val="1"/>
      </w:numPr>
      <w:contextualSpacing/>
    </w:pPr>
  </w:style>
  <w:style w:type="paragraph" w:styleId="Zoznamsodrkami2">
    <w:name w:val="List Bullet 2"/>
    <w:basedOn w:val="Normlny"/>
    <w:uiPriority w:val="99"/>
    <w:unhideWhenUsed/>
    <w:rsid w:val="00326F90"/>
    <w:pPr>
      <w:numPr>
        <w:numId w:val="2"/>
      </w:numPr>
      <w:contextualSpacing/>
    </w:pPr>
  </w:style>
  <w:style w:type="paragraph" w:styleId="Zoznamsodrkami3">
    <w:name w:val="List Bullet 3"/>
    <w:basedOn w:val="Normlny"/>
    <w:uiPriority w:val="99"/>
    <w:unhideWhenUsed/>
    <w:rsid w:val="00326F90"/>
    <w:pPr>
      <w:numPr>
        <w:numId w:val="3"/>
      </w:numPr>
      <w:contextualSpacing/>
    </w:pPr>
  </w:style>
  <w:style w:type="paragraph" w:styleId="slovanzoznam">
    <w:name w:val="List Number"/>
    <w:basedOn w:val="Normlny"/>
    <w:uiPriority w:val="99"/>
    <w:unhideWhenUsed/>
    <w:rsid w:val="00326F90"/>
    <w:pPr>
      <w:numPr>
        <w:numId w:val="5"/>
      </w:numPr>
      <w:contextualSpacing/>
    </w:pPr>
  </w:style>
  <w:style w:type="paragraph" w:styleId="slovanzoznam2">
    <w:name w:val="List Number 2"/>
    <w:basedOn w:val="Normlny"/>
    <w:uiPriority w:val="99"/>
    <w:unhideWhenUsed/>
    <w:rsid w:val="0029639D"/>
    <w:pPr>
      <w:numPr>
        <w:numId w:val="6"/>
      </w:numPr>
      <w:contextualSpacing/>
    </w:pPr>
  </w:style>
  <w:style w:type="paragraph" w:styleId="slovanzoznam3">
    <w:name w:val="List Number 3"/>
    <w:basedOn w:val="Normlny"/>
    <w:uiPriority w:val="99"/>
    <w:unhideWhenUsed/>
    <w:rsid w:val="0029639D"/>
    <w:pPr>
      <w:numPr>
        <w:numId w:val="7"/>
      </w:numPr>
      <w:contextualSpacing/>
    </w:pPr>
  </w:style>
  <w:style w:type="paragraph" w:styleId="Pokraovaniezoznamu">
    <w:name w:val="List Continue"/>
    <w:basedOn w:val="Normlny"/>
    <w:uiPriority w:val="99"/>
    <w:unhideWhenUsed/>
    <w:rsid w:val="0029639D"/>
    <w:pPr>
      <w:spacing w:after="120"/>
      <w:ind w:left="360"/>
      <w:contextualSpacing/>
    </w:pPr>
  </w:style>
  <w:style w:type="paragraph" w:styleId="Pokraovaniezoznamu2">
    <w:name w:val="List Continue 2"/>
    <w:basedOn w:val="Normlny"/>
    <w:uiPriority w:val="99"/>
    <w:unhideWhenUsed/>
    <w:rsid w:val="0029639D"/>
    <w:pPr>
      <w:spacing w:after="120"/>
      <w:ind w:left="720"/>
      <w:contextualSpacing/>
    </w:pPr>
  </w:style>
  <w:style w:type="paragraph" w:styleId="Pokraovaniezoznamu3">
    <w:name w:val="List Continue 3"/>
    <w:basedOn w:val="Normlny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Predvolenpsmoodseku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FC693F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Vrazn">
    <w:name w:val="Strong"/>
    <w:basedOn w:val="Predvolenpsmoodseku"/>
    <w:uiPriority w:val="22"/>
    <w:qFormat/>
    <w:rsid w:val="00FC693F"/>
    <w:rPr>
      <w:b/>
      <w:bCs/>
    </w:rPr>
  </w:style>
  <w:style w:type="character" w:styleId="Zvraznenie">
    <w:name w:val="Emphasis"/>
    <w:basedOn w:val="Predvolenpsmoodseku"/>
    <w:uiPriority w:val="20"/>
    <w:qFormat/>
    <w:rsid w:val="00FC693F"/>
    <w:rPr>
      <w:i/>
      <w:iCs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C693F"/>
    <w:rPr>
      <w:b/>
      <w:bCs/>
      <w:i/>
      <w:iCs/>
      <w:color w:val="4F81BD" w:themeColor="accent1"/>
    </w:rPr>
  </w:style>
  <w:style w:type="character" w:styleId="Jemnzvraznenie">
    <w:name w:val="Subtle Emphasis"/>
    <w:basedOn w:val="Predvolenpsmoodseku"/>
    <w:uiPriority w:val="19"/>
    <w:qFormat/>
    <w:rsid w:val="00FC693F"/>
    <w:rPr>
      <w:i/>
      <w:iCs/>
      <w:color w:val="808080" w:themeColor="text1" w:themeTint="7F"/>
    </w:rPr>
  </w:style>
  <w:style w:type="character" w:styleId="Intenzvnezvraznenie">
    <w:name w:val="Intense Emphasis"/>
    <w:basedOn w:val="Predvolenpsmoodseku"/>
    <w:uiPriority w:val="21"/>
    <w:qFormat/>
    <w:rsid w:val="00FC693F"/>
    <w:rPr>
      <w:b/>
      <w:bCs/>
      <w:i/>
      <w:iCs/>
      <w:color w:val="4F81BD" w:themeColor="accent1"/>
    </w:rPr>
  </w:style>
  <w:style w:type="character" w:styleId="Jemnodkaz">
    <w:name w:val="Subtle Reference"/>
    <w:basedOn w:val="Predvolenpsmoodseku"/>
    <w:uiPriority w:val="31"/>
    <w:qFormat/>
    <w:rsid w:val="00FC693F"/>
    <w:rPr>
      <w:smallCaps/>
      <w:color w:val="C0504D" w:themeColor="accent2"/>
      <w:u w:val="single"/>
    </w:rPr>
  </w:style>
  <w:style w:type="character" w:styleId="Zvraznenodkaz">
    <w:name w:val="Intense Reference"/>
    <w:basedOn w:val="Predvolenpsmoodsek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ovknihy">
    <w:name w:val="Book Title"/>
    <w:basedOn w:val="Predvolenpsmoodseku"/>
    <w:uiPriority w:val="33"/>
    <w:qFormat/>
    <w:rsid w:val="00FC693F"/>
    <w:rPr>
      <w:b/>
      <w:bCs/>
      <w:smallCaps/>
      <w:spacing w:val="5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FC693F"/>
    <w:pPr>
      <w:outlineLvl w:val="9"/>
    </w:pPr>
  </w:style>
  <w:style w:type="table" w:styleId="Mriekatabuky">
    <w:name w:val="Table Grid"/>
    <w:basedOn w:val="Normlnatabu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etlpodfarbenie">
    <w:name w:val="Light Shading"/>
    <w:basedOn w:val="Normlnatabu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etlpodfarbeniezvraznenie1">
    <w:name w:val="Light Shading Accent 1"/>
    <w:basedOn w:val="Normlnatabu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etlpodfarbeniezvraznenie2">
    <w:name w:val="Light Shading Accent 2"/>
    <w:basedOn w:val="Normlnatabu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etlpodfarbeniezvraznenie3">
    <w:name w:val="Light Shading Accent 3"/>
    <w:basedOn w:val="Normlnatabu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etlpodfarbeniezvraznenie4">
    <w:name w:val="Light Shading Accent 4"/>
    <w:basedOn w:val="Normlnatabu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etlpodfarbeniezvraznenie5">
    <w:name w:val="Light Shading Accent 5"/>
    <w:basedOn w:val="Normlnatabu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etlpodfarbeniezvraznenie6">
    <w:name w:val="Light Shading Accent 6"/>
    <w:basedOn w:val="Normlnatabu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etlzoznam">
    <w:name w:val="Light List"/>
    <w:basedOn w:val="Normlnatabu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etlzoznamzvraznenie1">
    <w:name w:val="Light List Accent 1"/>
    <w:basedOn w:val="Normlnatabu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etlzoznamzvraznenie2">
    <w:name w:val="Light List Accent 2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etlzoznamzvraznenie3">
    <w:name w:val="Light List Accent 3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etlzoznamzvraznenie4">
    <w:name w:val="Light List Accent 4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etlzoznamzvraznenie5">
    <w:name w:val="Light List Accent 5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etlzoznamzvraznenie6">
    <w:name w:val="Light List Accent 6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etlmrieka">
    <w:name w:val="Light Grid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etlmriekazvraznenie1">
    <w:name w:val="Light Grid Accent 1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etlmriekazvraznenie2">
    <w:name w:val="Light Grid Accent 2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etlmriekazvraznenie3">
    <w:name w:val="Light Grid Accent 3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etlmriekazvraznenie4">
    <w:name w:val="Light Grid Accent 4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etlmriekazvraznenie5">
    <w:name w:val="Light Grid Accent 5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etlmriekazvraznenie6">
    <w:name w:val="Light Grid Accent 6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rednpodfarbenie1">
    <w:name w:val="Medium Shading 1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1">
    <w:name w:val="Medium Shading 1 Accent 1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2">
    <w:name w:val="Medium Shading 1 Accent 2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3">
    <w:name w:val="Medium Shading 1 Accent 3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4">
    <w:name w:val="Medium Shading 1 Accent 4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5">
    <w:name w:val="Medium Shading 1 Accent 5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Farebnpodfarbenie1zvraznenie6">
    <w:name w:val="Medium Shading 1 Accent 6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2">
    <w:name w:val="Medium Shading 2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1">
    <w:name w:val="Medium Shading 2 Accent 1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2">
    <w:name w:val="Medium Shading 2 Accent 2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3">
    <w:name w:val="Medium Shading 2 Accent 3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4">
    <w:name w:val="Medium Shading 2 Accent 4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5">
    <w:name w:val="Medium Shading 2 Accent 5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Farebnpodfarbenie2zvraznenie6">
    <w:name w:val="Medium Shading 2 Accent 6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zoznam1">
    <w:name w:val="Medium List 1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rednzoznam1zvraznenie1">
    <w:name w:val="Medium List 1 Accent 1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rednzoznam1zvraznenie2">
    <w:name w:val="Medium List 1 Accent 2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rednzoznam1zvraznenie3">
    <w:name w:val="Medium List 1 Accent 3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rednzoznam1zvraznenie4">
    <w:name w:val="Medium List 1 Accent 4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rednzoznam1zvraznenie5">
    <w:name w:val="Medium List 1 Accent 5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rednzoznam1zvraznenie6">
    <w:name w:val="Medium List 1 Accent 6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rednzoznam2">
    <w:name w:val="Medium List 2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1">
    <w:name w:val="Medium List 2 Accent 1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2">
    <w:name w:val="Medium List 2 Accent 2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3">
    <w:name w:val="Medium List 2 Accent 3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4">
    <w:name w:val="Medium List 2 Accent 4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5">
    <w:name w:val="Medium List 2 Accent 5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6">
    <w:name w:val="Medium List 2 Accent 6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mrieka1">
    <w:name w:val="Medium Grid 1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rednmrieka1zvraznenie1">
    <w:name w:val="Medium Grid 1 Accent 1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rednmrieka1zvraznenie2">
    <w:name w:val="Medium Grid 1 Accent 2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rednmrieka1zvraznenie3">
    <w:name w:val="Medium Grid 1 Accent 3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rednmrieka1zvraznenie4">
    <w:name w:val="Medium Grid 1 Accent 4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rednmrieka1zvraznenie5">
    <w:name w:val="Medium Grid 1 Accent 5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rednmrieka1zvraznenie6">
    <w:name w:val="Medium Grid 1 Accent 6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rednmrieka2">
    <w:name w:val="Medium Grid 2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1">
    <w:name w:val="Medium Grid 2 Accent 1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2">
    <w:name w:val="Medium Grid 2 Accent 2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3">
    <w:name w:val="Medium Grid 2 Accent 3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4">
    <w:name w:val="Medium Grid 2 Accent 4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5">
    <w:name w:val="Medium Grid 2 Accent 5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6">
    <w:name w:val="Medium Grid 2 Accent 6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3">
    <w:name w:val="Medium Grid 3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rednmrieka3zvraznenie1">
    <w:name w:val="Medium Grid 3 Accent 1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rednmrieka3zvraznenie2">
    <w:name w:val="Medium Grid 3 Accent 2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rednmrieka3zvraznenie3">
    <w:name w:val="Medium Grid 3 Accent 3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rednmrieka3zvraznenie4">
    <w:name w:val="Medium Grid 3 Accent 4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rednmrieka3zvraznenie5">
    <w:name w:val="Medium Grid 3 Accent 5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rednmrieka3zvraznenie6">
    <w:name w:val="Medium Grid 3 Accent 6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zoznam">
    <w:name w:val="Dark List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zoznamzvraznenie1">
    <w:name w:val="Dark List Accent 1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zoznamzvraznenie2">
    <w:name w:val="Dark List Accent 2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zoznamzvraznenie3">
    <w:name w:val="Dark List Accent 3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zoznamzvraznenie4">
    <w:name w:val="Dark List Accent 4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zoznamzvraznenie5">
    <w:name w:val="Dark List Accent 5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zoznamzvraznenie6">
    <w:name w:val="Dark List Accent 6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ebnpodfarbenie">
    <w:name w:val="Colorful Shading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1">
    <w:name w:val="Colorful Shading Accent 1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2">
    <w:name w:val="Colorful Shading Accent 2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3">
    <w:name w:val="Colorful Shading Accent 3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ebnpodfarbeniezvraznenie4">
    <w:name w:val="Colorful Shading Accent 4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5">
    <w:name w:val="Colorful Shading Accent 5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6">
    <w:name w:val="Colorful Shading Accent 6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zoznam">
    <w:name w:val="Colorful List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ebnzoznamzvraznenie1">
    <w:name w:val="Colorful List Accent 1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ebnzoznamzvraznenie2">
    <w:name w:val="Colorful List Accent 2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ebnzoznamzvraznenie3">
    <w:name w:val="Colorful List Accent 3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ebnzoznamzvraznenie4">
    <w:name w:val="Colorful List Accent 4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ebnzoznamzvraznenie5">
    <w:name w:val="Colorful List Accent 5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ebnzoznamzvraznenie6">
    <w:name w:val="Colorful List Accent 6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ebnmrieka">
    <w:name w:val="Colorful Grid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ebnmriekazvraznenie1">
    <w:name w:val="Colorful Grid Accent 1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ebnmriekazvraznenie2">
    <w:name w:val="Colorful Grid Accent 2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ebnmriekazvraznenie3">
    <w:name w:val="Colorful Grid Accent 3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ebnmriekazvraznenie4">
    <w:name w:val="Colorful Grid Accent 4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ebnmriekazvraznenie5">
    <w:name w:val="Colorful Grid Accent 5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ebnmriekazvraznenie6">
    <w:name w:val="Colorful Grid Accent 6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196</Words>
  <Characters>1251</Characters>
  <Application>Microsoft Office Word</Application>
  <DocSecurity>0</DocSecurity>
  <Lines>96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1399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Ivan Javorčík</dc:creator>
  <cp:keywords/>
  <cp:lastModifiedBy>Servis runar sro</cp:lastModifiedBy>
  <cp:revision>5</cp:revision>
  <dcterms:created xsi:type="dcterms:W3CDTF">2013-12-23T23:15:00Z</dcterms:created>
  <dcterms:modified xsi:type="dcterms:W3CDTF">2026-07-31T12:29:00Z</dcterms:modified>
  <cp:category/>
</cp:coreProperties>
</file>